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בנימין זאב הרצל - חדר הבריחה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עובדות מרכזיות בחיי הרצל ובחזונו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מושגים הקשורים לתנועה הציונית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להתכונן לפתרון חידות בחדר הבריחה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בבודפשט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מדינת היהודים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הרצל עבד כעיתונאי בעיתון בווינה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הרצל נפטר ב-1904, לפני הקמת המדינה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מדינת היהודים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בודפשט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(ספר שמציג את החזון למדינה יהודית)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(עיר שבה התקיים הקונגרס הראשון)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(עיר הולדתו של הרצל)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(ספר שמתאר עתיד דמיוני)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האירועים בחייו של הרצל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הרצל נולד בבודפשט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הרצל עבד כעיתונאי בווינה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הרצל כתב את הספר מדינת היהודים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התקיים הקונגרס הציוני הראשון בבזל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הקמת מדינה יהודית בארץ ישראל שבה יוכלו היהודים לחיות בביטחון ובחופש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מדינת היהודים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בזל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הקמת מדינה יהודית בארץ 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הדף כהכנה לפני המעבר לחדר הבריחה בפועל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לחזק את ההיכרות עם שמות הספרים והערים לפני פתרון החידות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לעבוד בזוגות כדי לדמות את העבודה הנדרשת בחדר הבריחה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בנימין זאב הרצל - חדר הבריחה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חדר הבריחה מזמין אתכם לפתוח את המזוודה של הרצל ולגלות את סיפור חייו וחזונו. כדי לפתור את החידות צריך להכיר עובדות מרכזיות עליו.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בזל  ·  בודפשט  ·  מדינת היהודים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היכן נולד הרצל?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בבודפשט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בבזל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איך נקרא הספר המפורסם שכתב הרצל על הקמת מדינה יהודית?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אלטנוילנד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מדינת היהודים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התבה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הרצל היה עיתונאי לפני שעסק בציונות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הרצל ראה את הקמת המדינה בשנת 1948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הרצל כתב את הספר __________ שבו הציג את חזונו למדינה יהודית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הקונגרס הציוני הראשון התקיים בעיר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הרצל נולד בעיר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מדינת היהודים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ספר שמתאר עתיד דמיוני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בזל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ספר שמציג את החזון למדינה יהודית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בודפשט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עיר שבה התקיים הקונגרס הראשון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אלטנוילנד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עיר הולדתו של הרצל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האירועים בחייו של הרצל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הרצל עבד כעיתונאי בווינה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הרצל כתב את הספר מדינת היהודים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התקיים הקונגרס הציוני הראשון בבזל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הרצל נולד בבודפשט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החזון המרכזי של הרצל שהופיע בספריו?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שם הספר המרכזי שכתב הרצל?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באיזו עיר התקיים הקונגרס הציוני הראשון?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בנימין זאב הרצל - חדר הבריחה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